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Invoice</w:t>
      </w:r>
    </w:p>
    <w:p>
      <w:r>
        <w:t>[Your business name]  |  [Business address]  |  [Email or phone]</w:t>
      </w:r>
    </w:p>
    <w:p>
      <w:r>
        <w:rPr>
          <w:b/>
        </w:rPr>
        <w:t xml:space="preserve">Bill to  </w:t>
      </w:r>
      <w:r>
        <w:t>[Client name, business and address]</w:t>
      </w:r>
    </w:p>
    <w:p>
      <w:r>
        <w:rPr>
          <w:b/>
        </w:rPr>
        <w:t xml:space="preserve">Invoice number  </w:t>
      </w:r>
      <w:r>
        <w:t>[INV 001]</w:t>
      </w:r>
    </w:p>
    <w:p>
      <w:r>
        <w:rPr>
          <w:b/>
        </w:rPr>
        <w:t xml:space="preserve">Issued / due  </w:t>
      </w:r>
      <w:r>
        <w:t>[Issue date / payment due date]</w:t>
      </w:r>
    </w:p>
    <w:p>
      <w:r>
        <w:rPr>
          <w:b/>
        </w:rPr>
        <w:t xml:space="preserve">Project  </w:t>
      </w:r>
      <w:r>
        <w:t>[Project and billing period]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556"/>
        <w:gridCol w:w="2556"/>
        <w:gridCol w:w="2556"/>
        <w:gridCol w:w="2556"/>
      </w:tblGrid>
      <w:tr>
        <w:trPr>
          <w:cantSplit/>
          <w:tblHeader/>
        </w:trPr>
        <w:tc>
          <w:tcPr>
            <w:tcW w:type="dxa" w:w="4896"/>
            <w:vAlign w:val="center"/>
            <w:shd w:fill="334155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  <w:tcMar>
              <w:top w:w="95" w:type="dxa"/>
              <w:left w:w="95" w:type="dxa"/>
              <w:bottom w:w="95" w:type="dxa"/>
              <w:right w:w="95" w:type="dxa"/>
            </w:tcMar>
          </w:tcPr>
          <w:p>
            <w:pPr>
              <w:spacing w:after="40" w:before="40"/>
            </w:pPr>
            <w:r>
              <w:rPr>
                <w:b/>
                <w:color w:val="FFFFFF"/>
                <w:sz w:val="20"/>
              </w:rPr>
              <w:t>Description</w:t>
            </w:r>
          </w:p>
        </w:tc>
        <w:tc>
          <w:tcPr>
            <w:tcW w:type="dxa" w:w="1440"/>
            <w:vAlign w:val="center"/>
            <w:shd w:fill="334155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  <w:tcMar>
              <w:top w:w="95" w:type="dxa"/>
              <w:left w:w="95" w:type="dxa"/>
              <w:bottom w:w="95" w:type="dxa"/>
              <w:right w:w="95" w:type="dxa"/>
            </w:tcMar>
          </w:tcPr>
          <w:p>
            <w:pPr>
              <w:spacing w:after="40" w:before="40"/>
            </w:pPr>
            <w:r>
              <w:rPr>
                <w:b/>
                <w:color w:val="FFFFFF"/>
                <w:sz w:val="20"/>
              </w:rPr>
              <w:t>Quantity or hours</w:t>
            </w:r>
          </w:p>
        </w:tc>
        <w:tc>
          <w:tcPr>
            <w:tcW w:type="dxa" w:w="1584"/>
            <w:vAlign w:val="center"/>
            <w:shd w:fill="334155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  <w:tcMar>
              <w:top w:w="95" w:type="dxa"/>
              <w:left w:w="95" w:type="dxa"/>
              <w:bottom w:w="95" w:type="dxa"/>
              <w:right w:w="95" w:type="dxa"/>
            </w:tcMar>
          </w:tcPr>
          <w:p>
            <w:pPr>
              <w:spacing w:after="40" w:before="40"/>
            </w:pPr>
            <w:r>
              <w:rPr>
                <w:b/>
                <w:color w:val="FFFFFF"/>
                <w:sz w:val="20"/>
              </w:rPr>
              <w:t>Rate</w:t>
            </w:r>
          </w:p>
        </w:tc>
        <w:tc>
          <w:tcPr>
            <w:tcW w:type="dxa" w:w="1584"/>
            <w:vAlign w:val="center"/>
            <w:shd w:fill="334155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  <w:tcMar>
              <w:top w:w="95" w:type="dxa"/>
              <w:left w:w="95" w:type="dxa"/>
              <w:bottom w:w="95" w:type="dxa"/>
              <w:right w:w="95" w:type="dxa"/>
            </w:tcMar>
          </w:tcPr>
          <w:p>
            <w:pPr>
              <w:spacing w:after="40" w:before="40"/>
            </w:pPr>
            <w:r>
              <w:rPr>
                <w:b/>
                <w:color w:val="FFFFFF"/>
                <w:sz w:val="20"/>
              </w:rPr>
              <w:t>Amount</w:t>
            </w:r>
          </w:p>
        </w:tc>
      </w:tr>
      <w:tr>
        <w:trPr>
          <w:cantSplit/>
        </w:trPr>
        <w:tc>
          <w:tcPr>
            <w:tcW w:type="dxa" w:w="4896"/>
            <w:vAlign w:val="center"/>
            <w:shd w:fill="F2F5F8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  <w:tcMar>
              <w:top w:w="95" w:type="dxa"/>
              <w:left w:w="95" w:type="dxa"/>
              <w:bottom w:w="95" w:type="dxa"/>
              <w:right w:w="95" w:type="dxa"/>
            </w:tcMar>
          </w:tcPr>
          <w:p>
            <w:pPr>
              <w:spacing w:after="40" w:before="40"/>
            </w:pPr>
            <w:r>
              <w:rPr>
                <w:b w:val="0"/>
                <w:color w:val="202124"/>
                <w:sz w:val="20"/>
              </w:rPr>
              <w:t>[Project or service]</w:t>
            </w:r>
          </w:p>
        </w:tc>
        <w:tc>
          <w:tcPr>
            <w:tcW w:type="dxa" w:w="1440"/>
            <w:vAlign w:val="center"/>
            <w:shd w:fill="F2F5F8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  <w:tcMar>
              <w:top w:w="95" w:type="dxa"/>
              <w:left w:w="95" w:type="dxa"/>
              <w:bottom w:w="95" w:type="dxa"/>
              <w:right w:w="95" w:type="dxa"/>
            </w:tcMar>
          </w:tcPr>
          <w:p>
            <w:pPr>
              <w:spacing w:after="40" w:before="40"/>
            </w:pPr>
            <w:r>
              <w:rPr>
                <w:b w:val="0"/>
                <w:color w:val="202124"/>
                <w:sz w:val="20"/>
              </w:rPr>
              <w:t>[ ]</w:t>
            </w:r>
          </w:p>
        </w:tc>
        <w:tc>
          <w:tcPr>
            <w:tcW w:type="dxa" w:w="1584"/>
            <w:vAlign w:val="center"/>
            <w:shd w:fill="F2F5F8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  <w:tcMar>
              <w:top w:w="95" w:type="dxa"/>
              <w:left w:w="95" w:type="dxa"/>
              <w:bottom w:w="95" w:type="dxa"/>
              <w:right w:w="95" w:type="dxa"/>
            </w:tcMar>
          </w:tcPr>
          <w:p>
            <w:pPr>
              <w:spacing w:after="40" w:before="40"/>
            </w:pPr>
            <w:r>
              <w:rPr>
                <w:b w:val="0"/>
                <w:color w:val="202124"/>
                <w:sz w:val="20"/>
              </w:rPr>
              <w:t>[ ]</w:t>
            </w:r>
          </w:p>
        </w:tc>
        <w:tc>
          <w:tcPr>
            <w:tcW w:type="dxa" w:w="1584"/>
            <w:vAlign w:val="center"/>
            <w:shd w:fill="F2F5F8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  <w:tcMar>
              <w:top w:w="95" w:type="dxa"/>
              <w:left w:w="95" w:type="dxa"/>
              <w:bottom w:w="95" w:type="dxa"/>
              <w:right w:w="95" w:type="dxa"/>
            </w:tcMar>
          </w:tcPr>
          <w:p>
            <w:pPr>
              <w:spacing w:after="40" w:before="40"/>
            </w:pPr>
            <w:r>
              <w:rPr>
                <w:b w:val="0"/>
                <w:color w:val="202124"/>
                <w:sz w:val="20"/>
              </w:rPr>
              <w:t>[ ]</w:t>
            </w:r>
          </w:p>
        </w:tc>
      </w:tr>
      <w:tr>
        <w:trPr>
          <w:cantSplit/>
        </w:trPr>
        <w:tc>
          <w:tcPr>
            <w:tcW w:type="dxa" w:w="4896"/>
            <w:vAlign w:val="center"/>
            <w:shd w:fill="FFFFFF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  <w:tcMar>
              <w:top w:w="95" w:type="dxa"/>
              <w:left w:w="95" w:type="dxa"/>
              <w:bottom w:w="95" w:type="dxa"/>
              <w:right w:w="95" w:type="dxa"/>
            </w:tcMar>
          </w:tcPr>
          <w:p>
            <w:pPr>
              <w:spacing w:after="40" w:before="40"/>
            </w:pPr>
            <w:r>
              <w:rPr>
                <w:b w:val="0"/>
                <w:color w:val="202124"/>
                <w:sz w:val="20"/>
              </w:rPr>
              <w:t>[Deliverable or hourly work]</w:t>
            </w:r>
          </w:p>
        </w:tc>
        <w:tc>
          <w:tcPr>
            <w:tcW w:type="dxa" w:w="1440"/>
            <w:vAlign w:val="center"/>
            <w:shd w:fill="FFFFFF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  <w:tcMar>
              <w:top w:w="95" w:type="dxa"/>
              <w:left w:w="95" w:type="dxa"/>
              <w:bottom w:w="95" w:type="dxa"/>
              <w:right w:w="95" w:type="dxa"/>
            </w:tcMar>
          </w:tcPr>
          <w:p>
            <w:pPr>
              <w:spacing w:after="40" w:before="40"/>
            </w:pPr>
            <w:r>
              <w:rPr>
                <w:b w:val="0"/>
                <w:color w:val="202124"/>
                <w:sz w:val="20"/>
              </w:rPr>
              <w:t>[ ]</w:t>
            </w:r>
          </w:p>
        </w:tc>
        <w:tc>
          <w:tcPr>
            <w:tcW w:type="dxa" w:w="1584"/>
            <w:vAlign w:val="center"/>
            <w:shd w:fill="FFFFFF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  <w:tcMar>
              <w:top w:w="95" w:type="dxa"/>
              <w:left w:w="95" w:type="dxa"/>
              <w:bottom w:w="95" w:type="dxa"/>
              <w:right w:w="95" w:type="dxa"/>
            </w:tcMar>
          </w:tcPr>
          <w:p>
            <w:pPr>
              <w:spacing w:after="40" w:before="40"/>
            </w:pPr>
            <w:r>
              <w:rPr>
                <w:b w:val="0"/>
                <w:color w:val="202124"/>
                <w:sz w:val="20"/>
              </w:rPr>
              <w:t>[ ]</w:t>
            </w:r>
          </w:p>
        </w:tc>
        <w:tc>
          <w:tcPr>
            <w:tcW w:type="dxa" w:w="1584"/>
            <w:vAlign w:val="center"/>
            <w:shd w:fill="FFFFFF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  <w:tcMar>
              <w:top w:w="95" w:type="dxa"/>
              <w:left w:w="95" w:type="dxa"/>
              <w:bottom w:w="95" w:type="dxa"/>
              <w:right w:w="95" w:type="dxa"/>
            </w:tcMar>
          </w:tcPr>
          <w:p>
            <w:pPr>
              <w:spacing w:after="40" w:before="40"/>
            </w:pPr>
            <w:r>
              <w:rPr>
                <w:b w:val="0"/>
                <w:color w:val="202124"/>
                <w:sz w:val="20"/>
              </w:rPr>
              <w:t>[ ]</w:t>
            </w:r>
          </w:p>
        </w:tc>
      </w:tr>
      <w:tr>
        <w:trPr>
          <w:cantSplit/>
        </w:trPr>
        <w:tc>
          <w:tcPr>
            <w:tcW w:type="dxa" w:w="4896"/>
            <w:vAlign w:val="center"/>
            <w:shd w:fill="F2F5F8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  <w:tcMar>
              <w:top w:w="95" w:type="dxa"/>
              <w:left w:w="95" w:type="dxa"/>
              <w:bottom w:w="95" w:type="dxa"/>
              <w:right w:w="95" w:type="dxa"/>
            </w:tcMar>
          </w:tcPr>
          <w:p>
            <w:pPr>
              <w:spacing w:after="40" w:before="40"/>
            </w:pPr>
            <w:r>
              <w:rPr>
                <w:b w:val="0"/>
                <w:color w:val="202124"/>
                <w:sz w:val="20"/>
              </w:rPr>
              <w:t>[Expense or additional service]</w:t>
            </w:r>
          </w:p>
        </w:tc>
        <w:tc>
          <w:tcPr>
            <w:tcW w:type="dxa" w:w="1440"/>
            <w:vAlign w:val="center"/>
            <w:shd w:fill="F2F5F8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  <w:tcMar>
              <w:top w:w="95" w:type="dxa"/>
              <w:left w:w="95" w:type="dxa"/>
              <w:bottom w:w="95" w:type="dxa"/>
              <w:right w:w="95" w:type="dxa"/>
            </w:tcMar>
          </w:tcPr>
          <w:p>
            <w:pPr>
              <w:spacing w:after="40" w:before="40"/>
            </w:pPr>
            <w:r>
              <w:rPr>
                <w:b w:val="0"/>
                <w:color w:val="202124"/>
                <w:sz w:val="20"/>
              </w:rPr>
              <w:t>[ ]</w:t>
            </w:r>
          </w:p>
        </w:tc>
        <w:tc>
          <w:tcPr>
            <w:tcW w:type="dxa" w:w="1584"/>
            <w:vAlign w:val="center"/>
            <w:shd w:fill="F2F5F8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  <w:tcMar>
              <w:top w:w="95" w:type="dxa"/>
              <w:left w:w="95" w:type="dxa"/>
              <w:bottom w:w="95" w:type="dxa"/>
              <w:right w:w="95" w:type="dxa"/>
            </w:tcMar>
          </w:tcPr>
          <w:p>
            <w:pPr>
              <w:spacing w:after="40" w:before="40"/>
            </w:pPr>
            <w:r>
              <w:rPr>
                <w:b w:val="0"/>
                <w:color w:val="202124"/>
                <w:sz w:val="20"/>
              </w:rPr>
              <w:t>[ ]</w:t>
            </w:r>
          </w:p>
        </w:tc>
        <w:tc>
          <w:tcPr>
            <w:tcW w:type="dxa" w:w="1584"/>
            <w:vAlign w:val="center"/>
            <w:shd w:fill="F2F5F8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  <w:tcMar>
              <w:top w:w="95" w:type="dxa"/>
              <w:left w:w="95" w:type="dxa"/>
              <w:bottom w:w="95" w:type="dxa"/>
              <w:right w:w="95" w:type="dxa"/>
            </w:tcMar>
          </w:tcPr>
          <w:p>
            <w:pPr>
              <w:spacing w:after="40" w:before="40"/>
            </w:pPr>
            <w:r>
              <w:rPr>
                <w:b w:val="0"/>
                <w:color w:val="202124"/>
                <w:sz w:val="20"/>
              </w:rPr>
              <w:t>[ ]</w:t>
            </w:r>
          </w:p>
        </w:tc>
      </w:tr>
      <w:tr>
        <w:trPr>
          <w:cantSplit/>
        </w:trPr>
        <w:tc>
          <w:tcPr>
            <w:tcW w:type="dxa" w:w="4896"/>
            <w:vAlign w:val="center"/>
            <w:shd w:fill="FFFFFF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  <w:tcMar>
              <w:top w:w="95" w:type="dxa"/>
              <w:left w:w="95" w:type="dxa"/>
              <w:bottom w:w="95" w:type="dxa"/>
              <w:right w:w="95" w:type="dxa"/>
            </w:tcMar>
          </w:tcPr>
          <w:p>
            <w:pPr>
              <w:spacing w:after="40" w:before="40"/>
            </w:pPr>
            <w:r>
              <w:rPr>
                <w:b w:val="0"/>
                <w:color w:val="202124"/>
                <w:sz w:val="20"/>
              </w:rPr>
              <w:t>[Additional item]</w:t>
            </w:r>
          </w:p>
        </w:tc>
        <w:tc>
          <w:tcPr>
            <w:tcW w:type="dxa" w:w="1440"/>
            <w:vAlign w:val="center"/>
            <w:shd w:fill="FFFFFF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  <w:tcMar>
              <w:top w:w="95" w:type="dxa"/>
              <w:left w:w="95" w:type="dxa"/>
              <w:bottom w:w="95" w:type="dxa"/>
              <w:right w:w="95" w:type="dxa"/>
            </w:tcMar>
          </w:tcPr>
          <w:p>
            <w:pPr>
              <w:spacing w:after="40" w:before="40"/>
            </w:pPr>
            <w:r>
              <w:rPr>
                <w:b w:val="0"/>
                <w:color w:val="202124"/>
                <w:sz w:val="20"/>
              </w:rPr>
              <w:t>[ ]</w:t>
            </w:r>
          </w:p>
        </w:tc>
        <w:tc>
          <w:tcPr>
            <w:tcW w:type="dxa" w:w="1584"/>
            <w:vAlign w:val="center"/>
            <w:shd w:fill="FFFFFF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  <w:tcMar>
              <w:top w:w="95" w:type="dxa"/>
              <w:left w:w="95" w:type="dxa"/>
              <w:bottom w:w="95" w:type="dxa"/>
              <w:right w:w="95" w:type="dxa"/>
            </w:tcMar>
          </w:tcPr>
          <w:p>
            <w:pPr>
              <w:spacing w:after="40" w:before="40"/>
            </w:pPr>
            <w:r>
              <w:rPr>
                <w:b w:val="0"/>
                <w:color w:val="202124"/>
                <w:sz w:val="20"/>
              </w:rPr>
              <w:t>[ ]</w:t>
            </w:r>
          </w:p>
        </w:tc>
        <w:tc>
          <w:tcPr>
            <w:tcW w:type="dxa" w:w="1584"/>
            <w:vAlign w:val="center"/>
            <w:shd w:fill="FFFFFF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  <w:tcMar>
              <w:top w:w="95" w:type="dxa"/>
              <w:left w:w="95" w:type="dxa"/>
              <w:bottom w:w="95" w:type="dxa"/>
              <w:right w:w="95" w:type="dxa"/>
            </w:tcMar>
          </w:tcPr>
          <w:p>
            <w:pPr>
              <w:spacing w:after="40" w:before="40"/>
            </w:pPr>
            <w:r>
              <w:rPr>
                <w:b w:val="0"/>
                <w:color w:val="202124"/>
                <w:sz w:val="20"/>
              </w:rPr>
              <w:t>[ ]</w:t>
            </w:r>
          </w:p>
        </w:tc>
      </w:tr>
    </w:tbl>
    <w:p>
      <w:pPr>
        <w:spacing w:after="4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112"/>
        <w:gridCol w:w="5112"/>
      </w:tblGrid>
      <w:tr>
        <w:trPr>
          <w:cantSplit/>
          <w:tblHeader/>
        </w:trPr>
        <w:tc>
          <w:tcPr>
            <w:tcW w:type="dxa" w:w="7056"/>
            <w:vAlign w:val="center"/>
            <w:shd w:fill="334155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  <w:tcMar>
              <w:top w:w="95" w:type="dxa"/>
              <w:left w:w="95" w:type="dxa"/>
              <w:bottom w:w="95" w:type="dxa"/>
              <w:right w:w="95" w:type="dxa"/>
            </w:tcMar>
          </w:tcPr>
          <w:p>
            <w:pPr>
              <w:spacing w:after="40" w:before="40"/>
            </w:pPr>
            <w:r>
              <w:rPr>
                <w:b/>
                <w:color w:val="FFFFFF"/>
                <w:sz w:val="20"/>
              </w:rPr>
              <w:t>Summary</w:t>
            </w:r>
          </w:p>
        </w:tc>
        <w:tc>
          <w:tcPr>
            <w:tcW w:type="dxa" w:w="2448"/>
            <w:vAlign w:val="center"/>
            <w:shd w:fill="334155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  <w:tcMar>
              <w:top w:w="95" w:type="dxa"/>
              <w:left w:w="95" w:type="dxa"/>
              <w:bottom w:w="95" w:type="dxa"/>
              <w:right w:w="95" w:type="dxa"/>
            </w:tcMar>
          </w:tcPr>
          <w:p>
            <w:pPr>
              <w:spacing w:after="40" w:before="40"/>
            </w:pPr>
            <w:r>
              <w:rPr>
                <w:b/>
                <w:color w:val="FFFFFF"/>
                <w:sz w:val="20"/>
              </w:rPr>
              <w:t>Amount</w:t>
            </w:r>
          </w:p>
        </w:tc>
      </w:tr>
      <w:tr>
        <w:trPr>
          <w:cantSplit/>
        </w:trPr>
        <w:tc>
          <w:tcPr>
            <w:tcW w:type="dxa" w:w="7056"/>
            <w:vAlign w:val="center"/>
            <w:shd w:fill="F2F5F8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  <w:tcMar>
              <w:top w:w="95" w:type="dxa"/>
              <w:left w:w="95" w:type="dxa"/>
              <w:bottom w:w="95" w:type="dxa"/>
              <w:right w:w="95" w:type="dxa"/>
            </w:tcMar>
          </w:tcPr>
          <w:p>
            <w:pPr>
              <w:spacing w:after="40" w:before="40"/>
            </w:pPr>
            <w:r>
              <w:rPr>
                <w:b w:val="0"/>
                <w:color w:val="202124"/>
                <w:sz w:val="20"/>
              </w:rPr>
              <w:t>Subtotal</w:t>
            </w:r>
          </w:p>
        </w:tc>
        <w:tc>
          <w:tcPr>
            <w:tcW w:type="dxa" w:w="2448"/>
            <w:vAlign w:val="center"/>
            <w:shd w:fill="F2F5F8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  <w:tcMar>
              <w:top w:w="95" w:type="dxa"/>
              <w:left w:w="95" w:type="dxa"/>
              <w:bottom w:w="95" w:type="dxa"/>
              <w:right w:w="95" w:type="dxa"/>
            </w:tcMar>
          </w:tcPr>
          <w:p>
            <w:pPr>
              <w:spacing w:after="40" w:before="40"/>
            </w:pPr>
            <w:r>
              <w:rPr>
                <w:b w:val="0"/>
                <w:color w:val="202124"/>
                <w:sz w:val="20"/>
              </w:rPr>
              <w:t>[0.00]</w:t>
            </w:r>
          </w:p>
        </w:tc>
      </w:tr>
      <w:tr>
        <w:trPr>
          <w:cantSplit/>
        </w:trPr>
        <w:tc>
          <w:tcPr>
            <w:tcW w:type="dxa" w:w="7056"/>
            <w:vAlign w:val="center"/>
            <w:shd w:fill="FFFFFF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  <w:tcMar>
              <w:top w:w="95" w:type="dxa"/>
              <w:left w:w="95" w:type="dxa"/>
              <w:bottom w:w="95" w:type="dxa"/>
              <w:right w:w="95" w:type="dxa"/>
            </w:tcMar>
          </w:tcPr>
          <w:p>
            <w:pPr>
              <w:spacing w:after="40" w:before="40"/>
            </w:pPr>
            <w:r>
              <w:rPr>
                <w:b w:val="0"/>
                <w:color w:val="202124"/>
                <w:sz w:val="20"/>
              </w:rPr>
              <w:t>Discount</w:t>
            </w:r>
          </w:p>
        </w:tc>
        <w:tc>
          <w:tcPr>
            <w:tcW w:type="dxa" w:w="2448"/>
            <w:vAlign w:val="center"/>
            <w:shd w:fill="FFFFFF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  <w:tcMar>
              <w:top w:w="95" w:type="dxa"/>
              <w:left w:w="95" w:type="dxa"/>
              <w:bottom w:w="95" w:type="dxa"/>
              <w:right w:w="95" w:type="dxa"/>
            </w:tcMar>
          </w:tcPr>
          <w:p>
            <w:pPr>
              <w:spacing w:after="40" w:before="40"/>
            </w:pPr>
            <w:r>
              <w:rPr>
                <w:b w:val="0"/>
                <w:color w:val="202124"/>
                <w:sz w:val="20"/>
              </w:rPr>
              <w:t>[0.00]</w:t>
            </w:r>
          </w:p>
        </w:tc>
      </w:tr>
      <w:tr>
        <w:trPr>
          <w:cantSplit/>
        </w:trPr>
        <w:tc>
          <w:tcPr>
            <w:tcW w:type="dxa" w:w="7056"/>
            <w:vAlign w:val="center"/>
            <w:shd w:fill="F2F5F8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  <w:tcMar>
              <w:top w:w="95" w:type="dxa"/>
              <w:left w:w="95" w:type="dxa"/>
              <w:bottom w:w="95" w:type="dxa"/>
              <w:right w:w="95" w:type="dxa"/>
            </w:tcMar>
          </w:tcPr>
          <w:p>
            <w:pPr>
              <w:spacing w:after="40" w:before="40"/>
            </w:pPr>
            <w:r>
              <w:rPr>
                <w:b w:val="0"/>
                <w:color w:val="202124"/>
                <w:sz w:val="20"/>
              </w:rPr>
              <w:t>Tax [rate and basis]</w:t>
            </w:r>
          </w:p>
        </w:tc>
        <w:tc>
          <w:tcPr>
            <w:tcW w:type="dxa" w:w="2448"/>
            <w:vAlign w:val="center"/>
            <w:shd w:fill="F2F5F8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  <w:tcMar>
              <w:top w:w="95" w:type="dxa"/>
              <w:left w:w="95" w:type="dxa"/>
              <w:bottom w:w="95" w:type="dxa"/>
              <w:right w:w="95" w:type="dxa"/>
            </w:tcMar>
          </w:tcPr>
          <w:p>
            <w:pPr>
              <w:spacing w:after="40" w:before="40"/>
            </w:pPr>
            <w:r>
              <w:rPr>
                <w:b w:val="0"/>
                <w:color w:val="202124"/>
                <w:sz w:val="20"/>
              </w:rPr>
              <w:t>[0.00]</w:t>
            </w:r>
          </w:p>
        </w:tc>
      </w:tr>
      <w:tr>
        <w:trPr>
          <w:cantSplit/>
        </w:trPr>
        <w:tc>
          <w:tcPr>
            <w:tcW w:type="dxa" w:w="7056"/>
            <w:vAlign w:val="center"/>
            <w:shd w:fill="FFFFFF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  <w:tcMar>
              <w:top w:w="95" w:type="dxa"/>
              <w:left w:w="95" w:type="dxa"/>
              <w:bottom w:w="95" w:type="dxa"/>
              <w:right w:w="95" w:type="dxa"/>
            </w:tcMar>
          </w:tcPr>
          <w:p>
            <w:pPr>
              <w:spacing w:after="40" w:before="40"/>
            </w:pPr>
            <w:r>
              <w:rPr>
                <w:b w:val="0"/>
                <w:color w:val="202124"/>
                <w:sz w:val="20"/>
              </w:rPr>
              <w:t>Deposit or prior payment</w:t>
            </w:r>
          </w:p>
        </w:tc>
        <w:tc>
          <w:tcPr>
            <w:tcW w:type="dxa" w:w="2448"/>
            <w:vAlign w:val="center"/>
            <w:shd w:fill="FFFFFF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  <w:tcMar>
              <w:top w:w="95" w:type="dxa"/>
              <w:left w:w="95" w:type="dxa"/>
              <w:bottom w:w="95" w:type="dxa"/>
              <w:right w:w="95" w:type="dxa"/>
            </w:tcMar>
          </w:tcPr>
          <w:p>
            <w:pPr>
              <w:spacing w:after="40" w:before="40"/>
            </w:pPr>
            <w:r>
              <w:rPr>
                <w:b w:val="0"/>
                <w:color w:val="202124"/>
                <w:sz w:val="20"/>
              </w:rPr>
              <w:t>[0.00]</w:t>
            </w:r>
          </w:p>
        </w:tc>
      </w:tr>
      <w:tr>
        <w:trPr>
          <w:cantSplit/>
        </w:trPr>
        <w:tc>
          <w:tcPr>
            <w:tcW w:type="dxa" w:w="7056"/>
            <w:vAlign w:val="center"/>
            <w:shd w:fill="F2F5F8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  <w:tcMar>
              <w:top w:w="95" w:type="dxa"/>
              <w:left w:w="95" w:type="dxa"/>
              <w:bottom w:w="95" w:type="dxa"/>
              <w:right w:w="95" w:type="dxa"/>
            </w:tcMar>
          </w:tcPr>
          <w:p>
            <w:pPr>
              <w:spacing w:after="40" w:before="40"/>
            </w:pPr>
            <w:r>
              <w:rPr>
                <w:b w:val="0"/>
                <w:color w:val="202124"/>
                <w:sz w:val="20"/>
              </w:rPr>
              <w:t>Balance due [currency]</w:t>
            </w:r>
          </w:p>
        </w:tc>
        <w:tc>
          <w:tcPr>
            <w:tcW w:type="dxa" w:w="2448"/>
            <w:vAlign w:val="center"/>
            <w:shd w:fill="F2F5F8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  <w:tcMar>
              <w:top w:w="95" w:type="dxa"/>
              <w:left w:w="95" w:type="dxa"/>
              <w:bottom w:w="95" w:type="dxa"/>
              <w:right w:w="95" w:type="dxa"/>
            </w:tcMar>
          </w:tcPr>
          <w:p>
            <w:pPr>
              <w:spacing w:after="40" w:before="40"/>
            </w:pPr>
            <w:r>
              <w:rPr>
                <w:b w:val="0"/>
                <w:color w:val="202124"/>
                <w:sz w:val="20"/>
              </w:rPr>
              <w:t>[0.00]</w:t>
            </w:r>
          </w:p>
        </w:tc>
      </w:tr>
    </w:tbl>
    <w:p>
      <w:pPr>
        <w:spacing w:after="40"/>
      </w:pPr>
    </w:p>
    <w:p>
      <w:r>
        <w:rPr>
          <w:b/>
        </w:rPr>
        <w:t xml:space="preserve">Payment details  </w:t>
      </w:r>
      <w:r>
        <w:t>[Bank or payment method and reference]</w:t>
      </w:r>
    </w:p>
    <w:p>
      <w:r>
        <w:rPr>
          <w:b/>
        </w:rPr>
        <w:t xml:space="preserve">Notes  </w:t>
      </w:r>
      <w:r>
        <w:t>[Agreed payment terms or delivery notes]</w:t>
      </w:r>
    </w:p>
    <w:p>
      <w:r>
        <w:br w:type="page"/>
      </w:r>
    </w:p>
    <w:p>
      <w:pPr>
        <w:pStyle w:val="Heading1"/>
      </w:pPr>
      <w:r>
        <w:t>Using this invoice</w:t>
      </w:r>
    </w:p>
    <w:p>
      <w:r>
        <w:t>Replace every bracketed field and delete unused rows. This editable document uses manual amounts. It does not calculate totals or assign invoice numbers automatically.</w:t>
      </w:r>
    </w:p>
    <w:p>
      <w:pPr>
        <w:pStyle w:val="Heading2"/>
      </w:pPr>
      <w:r>
        <w:t>Add your details</w:t>
      </w:r>
    </w:p>
    <w:p>
      <w:r>
        <w:t>Use the business identity, client information, invoice date, due date and payment details appropriate to your work. Enter a currency beside the balance.</w:t>
      </w:r>
    </w:p>
    <w:p>
      <w:pPr>
        <w:pStyle w:val="Heading2"/>
      </w:pPr>
      <w:r>
        <w:t>Complete the line items</w:t>
      </w:r>
    </w:p>
    <w:p>
      <w:r>
        <w:t>Multiply quantity or hours by the rate for each line. For a fixed project or package, use quantity 1. Add rows by inserting a row in the table.</w:t>
      </w:r>
    </w:p>
    <w:p>
      <w:pPr>
        <w:pStyle w:val="Heading2"/>
      </w:pPr>
      <w:r>
        <w:t>Check the balance</w:t>
      </w:r>
    </w:p>
    <w:p>
      <w:r>
        <w:t>Add line amounts to obtain the subtotal. Subtract any discount, add the tax amount you have determined, and subtract payments already received. Review each amount before sending.</w:t>
      </w:r>
    </w:p>
    <w:p>
      <w:pPr>
        <w:pStyle w:val="Heading2"/>
      </w:pPr>
      <w:r>
        <w:t>Share a clean copy</w:t>
      </w:r>
    </w:p>
    <w:p>
      <w:r>
        <w:t>Delete this instruction page. Save a working copy for your records, then export the invoice as PDF from Word or Google Docs. Check the PDF page breaks and recipient details.</w:t>
      </w:r>
    </w:p>
    <w:p>
      <w:r>
        <w:t>Google Docs: upload the DOCX to Google Drive and open it with Google Docs. A Google account is required to save and edit it there. You can also edit the file in Word.</w:t>
      </w:r>
    </w:p>
    <w:p>
      <w:r>
        <w:t>Tidy Drafts | tidydrafts.com. Free to adapt for personal and business work, including completed client documents.</w:t>
      </w:r>
    </w:p>
    <w:sectPr w:rsidR="00FC693F" w:rsidRPr="0006063C" w:rsidSect="00034616">
      <w:pgSz w:w="12240" w:h="15840"/>
      <w:pgMar w:top="936" w:right="1008" w:bottom="936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269" w:lineRule="auto"/>
    </w:pPr>
    <w:rPr>
      <w:rFonts w:ascii="Arial" w:hAnsi="Arial"/>
      <w:color w:val="000000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140"/>
      <w:outlineLvl w:val="0"/>
    </w:pPr>
    <w:rPr>
      <w:rFonts w:asciiTheme="majorHAnsi" w:eastAsiaTheme="majorEastAsia" w:hAnsiTheme="majorHAnsi" w:cstheme="majorBidi" w:ascii="Arial" w:hAnsi="Arial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140"/>
      <w:outlineLvl w:val="1"/>
    </w:pPr>
    <w:rPr>
      <w:rFonts w:asciiTheme="majorHAnsi" w:eastAsiaTheme="majorEastAsia" w:hAnsiTheme="majorHAnsi" w:cstheme="majorBidi" w:ascii="Arial" w:hAnsi="Arial"/>
      <w:b/>
      <w:bCs/>
      <w:color w:val="000000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spacing w:after="140" w:line="240" w:lineRule="auto"/>
      <w:contextualSpacing/>
    </w:pPr>
    <w:rPr>
      <w:rFonts w:asciiTheme="majorHAnsi" w:eastAsiaTheme="majorEastAsia" w:hAnsiTheme="majorHAnsi" w:cstheme="majorBidi" w:ascii="Arial" w:hAnsi="Arial"/>
      <w:color w:val="000000"/>
      <w:spacing w:val="5"/>
      <w:kern w:val="28"/>
      <w:sz w:val="5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  <w:spacing w:after="140"/>
    </w:pPr>
    <w:rPr>
      <w:rFonts w:asciiTheme="majorHAnsi" w:eastAsiaTheme="majorEastAsia" w:hAnsiTheme="majorHAnsi" w:cstheme="majorBidi" w:ascii="Arial" w:hAnsi="Arial"/>
      <w:i/>
      <w:iCs/>
      <w:color w:val="000000"/>
      <w:spacing w:val="15"/>
      <w:sz w:val="22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Invoice</dc:title>
  <dc:subject>Editable template</dc:subject>
  <dc:creator>Tidy Drafts</dc:creator>
  <cp:keywords>Tidy Drafts, template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